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5EF749" w14:textId="65B402E2" w:rsidR="00C61152" w:rsidRPr="009F13BB" w:rsidRDefault="00C61152" w:rsidP="002A1551">
      <w:pPr>
        <w:spacing w:after="160"/>
      </w:pPr>
    </w:p>
    <w:p w14:paraId="0F416C30" w14:textId="45DF9395" w:rsidR="00C61152" w:rsidRPr="009F13BB" w:rsidRDefault="00DF05C1">
      <w:pPr>
        <w:pStyle w:val="Title"/>
        <w:jc w:val="center"/>
        <w:rPr>
          <w:color w:val="auto"/>
        </w:rPr>
      </w:pPr>
      <w:r w:rsidRPr="009F13BB">
        <w:rPr>
          <w:rFonts w:ascii="Arial" w:hAnsi="Arial"/>
          <w:color w:val="auto"/>
        </w:rPr>
        <w:t>TITLE OF THE EXTENDED ABSTRACT IN CAPITAL LETTERS</w:t>
      </w:r>
    </w:p>
    <w:p w14:paraId="5BE0178C" w14:textId="77777777" w:rsidR="00C61152" w:rsidRPr="009F13BB" w:rsidRDefault="00DF05C1">
      <w:pPr>
        <w:spacing w:after="140"/>
        <w:jc w:val="center"/>
      </w:pPr>
      <w:r w:rsidRPr="009F13BB">
        <w:rPr>
          <w:rFonts w:ascii="Arial" w:hAnsi="Arial"/>
          <w:b/>
          <w:sz w:val="19"/>
        </w:rPr>
        <w:t>First Author Name¹, Corresponding Author Name*² and Third Author Name³</w:t>
      </w:r>
    </w:p>
    <w:p w14:paraId="3EF432D9" w14:textId="77777777" w:rsidR="00C61152" w:rsidRPr="009F13BB" w:rsidRDefault="00DF05C1">
      <w:pPr>
        <w:spacing w:after="140"/>
        <w:jc w:val="center"/>
      </w:pPr>
      <w:r w:rsidRPr="009F13BB">
        <w:rPr>
          <w:rFonts w:ascii="Arial" w:hAnsi="Arial"/>
          <w:sz w:val="18"/>
        </w:rPr>
        <w:t>¹,²Faculty or Centre, University or Institution, City, COUNTRY.</w:t>
      </w:r>
      <w:r w:rsidRPr="009F13BB">
        <w:rPr>
          <w:rFonts w:ascii="Arial" w:hAnsi="Arial"/>
          <w:sz w:val="18"/>
        </w:rPr>
        <w:br/>
        <w:t>(E-mail: author1@email.com, *corresponding.author@email.com)</w:t>
      </w:r>
      <w:r w:rsidRPr="009F13BB">
        <w:rPr>
          <w:rFonts w:ascii="Arial" w:hAnsi="Arial"/>
          <w:sz w:val="18"/>
        </w:rPr>
        <w:br/>
        <w:t>³Faculty or Centre, University or Institution, City, COUNTRY.</w:t>
      </w:r>
      <w:r w:rsidRPr="009F13BB">
        <w:rPr>
          <w:rFonts w:ascii="Arial" w:hAnsi="Arial"/>
          <w:sz w:val="18"/>
        </w:rPr>
        <w:br/>
        <w:t>(E-mail: author3@email.com)</w:t>
      </w:r>
      <w:r w:rsidRPr="009F13BB">
        <w:rPr>
          <w:rFonts w:ascii="Arial" w:hAnsi="Arial"/>
          <w:sz w:val="18"/>
        </w:rPr>
        <w:br/>
      </w:r>
    </w:p>
    <w:p w14:paraId="394F7245" w14:textId="77777777" w:rsidR="00C61152" w:rsidRPr="009F13BB" w:rsidRDefault="00DF05C1">
      <w:pPr>
        <w:pStyle w:val="ExtendedAbstractHeading"/>
        <w:keepNext/>
        <w:jc w:val="center"/>
        <w:rPr>
          <w:color w:val="auto"/>
        </w:rPr>
      </w:pPr>
      <w:r w:rsidRPr="009F13BB">
        <w:rPr>
          <w:color w:val="auto"/>
        </w:rPr>
        <w:t>ABSTRACT</w:t>
      </w:r>
    </w:p>
    <w:p w14:paraId="37DF86D3" w14:textId="003E7AFD" w:rsidR="00C61152" w:rsidRPr="009F13BB" w:rsidRDefault="00DF05C1">
      <w:pPr>
        <w:spacing w:after="160"/>
        <w:jc w:val="both"/>
        <w:rPr>
          <w:i/>
        </w:rPr>
      </w:pPr>
      <w:r w:rsidRPr="009F13BB">
        <w:rPr>
          <w:i/>
        </w:rPr>
        <w:t>[Insert a concise abstract that states the background or problem, purpose, methodology, key findings and main conclusion. Replace all instructional text before submission.]</w:t>
      </w:r>
    </w:p>
    <w:p w14:paraId="1D6D8C21" w14:textId="77777777" w:rsidR="004256D9" w:rsidRPr="009F13BB" w:rsidRDefault="004256D9" w:rsidP="004256D9">
      <w:pPr>
        <w:pStyle w:val="TemplateGuidance"/>
        <w:keepNext/>
        <w:rPr>
          <w:rFonts w:hint="eastAsia"/>
          <w:color w:val="auto"/>
        </w:rPr>
      </w:pPr>
      <w:r w:rsidRPr="009F13BB">
        <w:rPr>
          <w:color w:val="auto"/>
        </w:rPr>
        <w:t>Write 200 to 300 words in one paragraph. State the problem, purpose, method or development process, product, key results or impact, novelty, and commercial potential. Avoid citations unless required.</w:t>
      </w:r>
    </w:p>
    <w:p w14:paraId="15442A9E" w14:textId="77777777" w:rsidR="00C61152" w:rsidRPr="009F13BB" w:rsidRDefault="00DF05C1">
      <w:pPr>
        <w:spacing w:after="60"/>
      </w:pPr>
      <w:r w:rsidRPr="009F13BB">
        <w:rPr>
          <w:b/>
        </w:rPr>
        <w:t xml:space="preserve">Keywords: </w:t>
      </w:r>
      <w:r w:rsidRPr="009F13BB">
        <w:rPr>
          <w:i/>
        </w:rPr>
        <w:t>[Keyword 1, Keyword 2, Keyword 3, Keyword 4, Keyword 5]</w:t>
      </w:r>
    </w:p>
    <w:p w14:paraId="73239A54" w14:textId="77777777" w:rsidR="00C61152" w:rsidRPr="009F13BB" w:rsidRDefault="00C61152">
      <w:pPr>
        <w:sectPr w:rsidR="00C61152" w:rsidRPr="009F13BB">
          <w:pgSz w:w="11906" w:h="16838"/>
          <w:pgMar w:top="850" w:right="1701" w:bottom="935" w:left="1701" w:header="0" w:footer="397" w:gutter="0"/>
          <w:cols w:space="720"/>
          <w:docGrid w:linePitch="360"/>
        </w:sectPr>
      </w:pPr>
    </w:p>
    <w:p w14:paraId="392E590D" w14:textId="77777777" w:rsidR="004256D9" w:rsidRPr="009F13BB" w:rsidRDefault="004256D9" w:rsidP="004256D9">
      <w:pPr>
        <w:pStyle w:val="Heading1"/>
        <w:rPr>
          <w:color w:val="auto"/>
        </w:rPr>
      </w:pPr>
      <w:r w:rsidRPr="009F13BB">
        <w:rPr>
          <w:color w:val="auto"/>
        </w:rPr>
        <w:lastRenderedPageBreak/>
        <w:t>1 Introduction</w:t>
      </w:r>
    </w:p>
    <w:p w14:paraId="421B1905" w14:textId="77777777" w:rsidR="004256D9" w:rsidRPr="009F13BB" w:rsidRDefault="004256D9" w:rsidP="004256D9">
      <w:pPr>
        <w:pStyle w:val="TemplateGuidance"/>
        <w:keepNext/>
        <w:rPr>
          <w:rFonts w:hint="eastAsia"/>
          <w:color w:val="auto"/>
        </w:rPr>
      </w:pPr>
      <w:r w:rsidRPr="009F13BB">
        <w:rPr>
          <w:color w:val="auto"/>
        </w:rPr>
        <w:t>Introduce the context, target users, sector, and importance of the innovation. End with a clear statement of purpose.</w:t>
      </w:r>
    </w:p>
    <w:p w14:paraId="249BB1BB" w14:textId="77777777" w:rsidR="004256D9" w:rsidRPr="009F13BB" w:rsidRDefault="004256D9" w:rsidP="004256D9">
      <w:pPr>
        <w:pStyle w:val="BodyText"/>
        <w:rPr>
          <w:rFonts w:hint="eastAsia"/>
        </w:rPr>
      </w:pPr>
      <w:r w:rsidRPr="009F13BB">
        <w:rPr>
          <w:i/>
        </w:rPr>
        <w:t>[Write your content here. Add concise supporting evidence and specific details. Add concise supporting evidence and specific details</w:t>
      </w:r>
      <w:proofErr w:type="gramStart"/>
      <w:r w:rsidRPr="009F13BB">
        <w:rPr>
          <w:i/>
        </w:rPr>
        <w:t>. ]</w:t>
      </w:r>
      <w:proofErr w:type="gramEnd"/>
    </w:p>
    <w:p w14:paraId="03FE0F68" w14:textId="77777777" w:rsidR="004256D9" w:rsidRPr="009F13BB" w:rsidRDefault="004256D9" w:rsidP="004256D9">
      <w:pPr>
        <w:pStyle w:val="Heading1"/>
        <w:rPr>
          <w:color w:val="auto"/>
        </w:rPr>
      </w:pPr>
      <w:r w:rsidRPr="009F13BB">
        <w:rPr>
          <w:color w:val="auto"/>
        </w:rPr>
        <w:t>2 Innovation Background</w:t>
      </w:r>
    </w:p>
    <w:p w14:paraId="44A1AC4C" w14:textId="77777777" w:rsidR="004256D9" w:rsidRPr="009F13BB" w:rsidRDefault="004256D9" w:rsidP="004256D9">
      <w:pPr>
        <w:pStyle w:val="TemplateGuidance"/>
        <w:keepNext/>
        <w:rPr>
          <w:rFonts w:hint="eastAsia"/>
          <w:color w:val="auto"/>
        </w:rPr>
      </w:pPr>
      <w:r w:rsidRPr="009F13BB">
        <w:rPr>
          <w:color w:val="auto"/>
        </w:rPr>
        <w:t xml:space="preserve">Briefly explain how the idea emerged, the needs assessment or prior work conducted, and the development context. This section is optional unless required by the </w:t>
      </w:r>
      <w:proofErr w:type="spellStart"/>
      <w:r w:rsidRPr="009F13BB">
        <w:rPr>
          <w:color w:val="auto"/>
        </w:rPr>
        <w:t>organiser</w:t>
      </w:r>
      <w:proofErr w:type="spellEnd"/>
      <w:r w:rsidRPr="009F13BB">
        <w:rPr>
          <w:color w:val="auto"/>
        </w:rPr>
        <w:t>.</w:t>
      </w:r>
    </w:p>
    <w:p w14:paraId="095BBD33" w14:textId="77777777" w:rsidR="004256D9" w:rsidRPr="009F13BB" w:rsidRDefault="004256D9" w:rsidP="004256D9">
      <w:pPr>
        <w:pStyle w:val="BodyText"/>
        <w:rPr>
          <w:rFonts w:hint="eastAsia"/>
        </w:rPr>
      </w:pPr>
      <w:r w:rsidRPr="009F13BB">
        <w:rPr>
          <w:i/>
        </w:rPr>
        <w:t>[Write your content here. Add concise supporting evidence and specific details. Add concise supporting evidence and specific details</w:t>
      </w:r>
      <w:proofErr w:type="gramStart"/>
      <w:r w:rsidRPr="009F13BB">
        <w:rPr>
          <w:i/>
        </w:rPr>
        <w:t>. ]</w:t>
      </w:r>
      <w:proofErr w:type="gramEnd"/>
    </w:p>
    <w:p w14:paraId="1F75FBFC" w14:textId="77777777" w:rsidR="004256D9" w:rsidRPr="009F13BB" w:rsidRDefault="004256D9" w:rsidP="004256D9">
      <w:pPr>
        <w:pStyle w:val="Heading1"/>
        <w:rPr>
          <w:color w:val="auto"/>
        </w:rPr>
      </w:pPr>
      <w:r w:rsidRPr="009F13BB">
        <w:rPr>
          <w:color w:val="auto"/>
        </w:rPr>
        <w:t>3 Problem Statement</w:t>
      </w:r>
    </w:p>
    <w:p w14:paraId="0C50BDB4" w14:textId="77777777" w:rsidR="004256D9" w:rsidRPr="009F13BB" w:rsidRDefault="004256D9" w:rsidP="004256D9">
      <w:pPr>
        <w:pStyle w:val="TemplateGuidance"/>
        <w:keepNext/>
        <w:rPr>
          <w:rFonts w:hint="eastAsia"/>
          <w:color w:val="auto"/>
        </w:rPr>
      </w:pPr>
      <w:r w:rsidRPr="009F13BB">
        <w:rPr>
          <w:color w:val="auto"/>
        </w:rPr>
        <w:t>Define the specific problem using evidence. Identify who is affected, the limitations of existing solutions, and the consequence of leaving the problem unresolved.</w:t>
      </w:r>
    </w:p>
    <w:p w14:paraId="108A5CFD" w14:textId="3DC0632E" w:rsidR="004256D9" w:rsidRPr="009F13BB" w:rsidRDefault="004256D9" w:rsidP="004256D9">
      <w:pPr>
        <w:pStyle w:val="BodyText"/>
        <w:rPr>
          <w:i/>
        </w:rPr>
      </w:pPr>
      <w:r w:rsidRPr="009F13BB">
        <w:rPr>
          <w:i/>
        </w:rPr>
        <w:t>[Write your content here. Add concise supporting evidence and specific details. Add concise supporting evidence and specific details</w:t>
      </w:r>
      <w:proofErr w:type="gramStart"/>
      <w:r w:rsidRPr="009F13BB">
        <w:rPr>
          <w:i/>
        </w:rPr>
        <w:t>. ]</w:t>
      </w:r>
      <w:proofErr w:type="gramEnd"/>
    </w:p>
    <w:p w14:paraId="433EE188" w14:textId="77777777" w:rsidR="004256D9" w:rsidRPr="009F13BB" w:rsidRDefault="004256D9" w:rsidP="004256D9">
      <w:pPr>
        <w:pStyle w:val="Heading1"/>
        <w:rPr>
          <w:color w:val="auto"/>
        </w:rPr>
      </w:pPr>
      <w:r w:rsidRPr="009F13BB">
        <w:rPr>
          <w:color w:val="auto"/>
        </w:rPr>
        <w:t>4 Objectives</w:t>
      </w:r>
    </w:p>
    <w:p w14:paraId="5E5EEE0E" w14:textId="77777777" w:rsidR="004256D9" w:rsidRPr="009F13BB" w:rsidRDefault="004256D9" w:rsidP="004256D9">
      <w:pPr>
        <w:pStyle w:val="TemplateGuidance"/>
        <w:keepNext/>
        <w:rPr>
          <w:rFonts w:hint="eastAsia"/>
          <w:color w:val="auto"/>
        </w:rPr>
      </w:pPr>
      <w:r w:rsidRPr="009F13BB">
        <w:rPr>
          <w:color w:val="auto"/>
        </w:rPr>
        <w:t>State two to four measurable objectives. Use action verbs and ensure that each objective can be linked to a result or indicator.</w:t>
      </w:r>
    </w:p>
    <w:p w14:paraId="14BB1DAA" w14:textId="77777777" w:rsidR="004256D9" w:rsidRPr="009F13BB" w:rsidRDefault="004256D9" w:rsidP="004256D9">
      <w:pPr>
        <w:pStyle w:val="Heading1"/>
        <w:rPr>
          <w:color w:val="auto"/>
        </w:rPr>
      </w:pPr>
      <w:r w:rsidRPr="009F13BB">
        <w:rPr>
          <w:color w:val="auto"/>
        </w:rPr>
        <w:t>5 Methodology and Innovation Development</w:t>
      </w:r>
    </w:p>
    <w:p w14:paraId="696DC9B6" w14:textId="77777777" w:rsidR="004256D9" w:rsidRPr="009F13BB" w:rsidRDefault="004256D9" w:rsidP="004256D9">
      <w:pPr>
        <w:pStyle w:val="TemplateGuidance"/>
        <w:keepNext/>
        <w:rPr>
          <w:rFonts w:hint="eastAsia"/>
          <w:color w:val="auto"/>
        </w:rPr>
      </w:pPr>
      <w:r w:rsidRPr="009F13BB">
        <w:rPr>
          <w:color w:val="auto"/>
        </w:rPr>
        <w:t>This is a core section. Describe the design, development, testing, data collection, participants or users, instruments, analysis, ethical considerations, and iteration process. Include enough detail for judges to understand how the product and evidence were produced.</w:t>
      </w:r>
    </w:p>
    <w:p w14:paraId="53288B47" w14:textId="77777777" w:rsidR="004256D9" w:rsidRPr="009F13BB" w:rsidRDefault="004256D9" w:rsidP="004256D9">
      <w:pPr>
        <w:pStyle w:val="Heading1"/>
        <w:rPr>
          <w:color w:val="auto"/>
        </w:rPr>
      </w:pPr>
      <w:r w:rsidRPr="009F13BB">
        <w:rPr>
          <w:color w:val="auto"/>
        </w:rPr>
        <w:t>6 Product Description and Images</w:t>
      </w:r>
    </w:p>
    <w:p w14:paraId="557413A3" w14:textId="77777777" w:rsidR="004256D9" w:rsidRPr="009F13BB" w:rsidRDefault="004256D9" w:rsidP="004256D9">
      <w:pPr>
        <w:pStyle w:val="TemplateGuidance"/>
        <w:keepNext/>
        <w:rPr>
          <w:rFonts w:hint="eastAsia"/>
          <w:color w:val="auto"/>
        </w:rPr>
      </w:pPr>
      <w:r w:rsidRPr="009F13BB">
        <w:rPr>
          <w:color w:val="auto"/>
        </w:rPr>
        <w:t>Insert clear, high-resolution images. Label important components and explain what each image demonstrates. Obtain permission for any third-party images or identifiable individuals.</w:t>
      </w:r>
    </w:p>
    <w:tbl>
      <w:tblPr>
        <w:tblW w:w="0" w:type="auto"/>
        <w:jc w:val="center"/>
        <w:tblBorders>
          <w:top w:val="single" w:sz="6" w:space="0" w:color="B8C6D8"/>
          <w:left w:val="single" w:sz="6" w:space="0" w:color="B8C6D8"/>
          <w:bottom w:val="single" w:sz="6" w:space="0" w:color="B8C6D8"/>
          <w:right w:val="single" w:sz="6" w:space="0" w:color="B8C6D8"/>
          <w:insideH w:val="single" w:sz="6" w:space="0" w:color="B8C6D8"/>
          <w:insideV w:val="single" w:sz="6" w:space="0" w:color="B8C6D8"/>
        </w:tblBorders>
        <w:tblLayout w:type="fixed"/>
        <w:tblLook w:val="04A0" w:firstRow="1" w:lastRow="0" w:firstColumn="1" w:lastColumn="0" w:noHBand="0" w:noVBand="1"/>
      </w:tblPr>
      <w:tblGrid>
        <w:gridCol w:w="9792"/>
      </w:tblGrid>
      <w:tr w:rsidR="009F13BB" w:rsidRPr="009F13BB" w14:paraId="782AF6CC" w14:textId="77777777">
        <w:trPr>
          <w:jc w:val="center"/>
        </w:trPr>
        <w:tc>
          <w:tcPr>
            <w:tcW w:w="9792" w:type="dxa"/>
            <w:shd w:val="clear" w:color="auto" w:fill="F4F7FA"/>
            <w:tcMar>
              <w:top w:w="550" w:type="dxa"/>
              <w:left w:w="120" w:type="dxa"/>
              <w:bottom w:w="550" w:type="dxa"/>
              <w:right w:w="120" w:type="dxa"/>
            </w:tcMar>
          </w:tcPr>
          <w:p w14:paraId="612233D2" w14:textId="77777777" w:rsidR="004256D9" w:rsidRPr="009F13BB" w:rsidRDefault="004256D9" w:rsidP="00357704">
            <w:pPr>
              <w:keepLines/>
              <w:jc w:val="center"/>
              <w:rPr>
                <w:rFonts w:hint="eastAsia"/>
              </w:rPr>
            </w:pPr>
            <w:r w:rsidRPr="009F13BB">
              <w:rPr>
                <w:b/>
              </w:rPr>
              <w:t>[INSERT IMAGE 1 HERE]</w:t>
            </w:r>
          </w:p>
        </w:tc>
      </w:tr>
    </w:tbl>
    <w:p w14:paraId="234AE573" w14:textId="77777777" w:rsidR="004256D9" w:rsidRPr="009F13BB" w:rsidRDefault="004256D9" w:rsidP="004256D9">
      <w:pPr>
        <w:jc w:val="center"/>
        <w:rPr>
          <w:rFonts w:hint="eastAsia"/>
        </w:rPr>
      </w:pPr>
      <w:r w:rsidRPr="009F13BB">
        <w:rPr>
          <w:i/>
          <w:sz w:val="18"/>
        </w:rPr>
        <w:t>Figure 1. [Write a concise caption explaining the product, process, component, or test shown.]</w:t>
      </w:r>
    </w:p>
    <w:tbl>
      <w:tblPr>
        <w:tblW w:w="0" w:type="auto"/>
        <w:jc w:val="center"/>
        <w:tblBorders>
          <w:top w:val="single" w:sz="6" w:space="0" w:color="B8C6D8"/>
          <w:left w:val="single" w:sz="6" w:space="0" w:color="B8C6D8"/>
          <w:bottom w:val="single" w:sz="6" w:space="0" w:color="B8C6D8"/>
          <w:right w:val="single" w:sz="6" w:space="0" w:color="B8C6D8"/>
          <w:insideH w:val="single" w:sz="6" w:space="0" w:color="B8C6D8"/>
          <w:insideV w:val="single" w:sz="6" w:space="0" w:color="B8C6D8"/>
        </w:tblBorders>
        <w:tblLayout w:type="fixed"/>
        <w:tblLook w:val="04A0" w:firstRow="1" w:lastRow="0" w:firstColumn="1" w:lastColumn="0" w:noHBand="0" w:noVBand="1"/>
      </w:tblPr>
      <w:tblGrid>
        <w:gridCol w:w="9792"/>
      </w:tblGrid>
      <w:tr w:rsidR="009F13BB" w:rsidRPr="009F13BB" w14:paraId="44EA1148" w14:textId="77777777">
        <w:trPr>
          <w:jc w:val="center"/>
        </w:trPr>
        <w:tc>
          <w:tcPr>
            <w:tcW w:w="9792" w:type="dxa"/>
            <w:shd w:val="clear" w:color="auto" w:fill="F4F7FA"/>
            <w:tcMar>
              <w:top w:w="550" w:type="dxa"/>
              <w:left w:w="120" w:type="dxa"/>
              <w:bottom w:w="550" w:type="dxa"/>
              <w:right w:w="120" w:type="dxa"/>
            </w:tcMar>
          </w:tcPr>
          <w:p w14:paraId="0B5131A4" w14:textId="77777777" w:rsidR="004256D9" w:rsidRPr="009F13BB" w:rsidRDefault="004256D9" w:rsidP="00357704">
            <w:pPr>
              <w:keepLines/>
              <w:jc w:val="center"/>
              <w:rPr>
                <w:rFonts w:hint="eastAsia"/>
              </w:rPr>
            </w:pPr>
            <w:r w:rsidRPr="009F13BB">
              <w:rPr>
                <w:b/>
              </w:rPr>
              <w:t>[INSERT IMAGE 2 HERE]</w:t>
            </w:r>
          </w:p>
        </w:tc>
      </w:tr>
    </w:tbl>
    <w:p w14:paraId="62A5D38B" w14:textId="77777777" w:rsidR="004256D9" w:rsidRPr="009F13BB" w:rsidRDefault="004256D9" w:rsidP="004256D9">
      <w:pPr>
        <w:jc w:val="center"/>
        <w:rPr>
          <w:rFonts w:hint="eastAsia"/>
        </w:rPr>
      </w:pPr>
      <w:r w:rsidRPr="009F13BB">
        <w:rPr>
          <w:i/>
          <w:sz w:val="18"/>
        </w:rPr>
        <w:t>Figure 2. [Write a concise caption explaining the product, process, component, or test shown.]</w:t>
      </w:r>
    </w:p>
    <w:tbl>
      <w:tblPr>
        <w:tblW w:w="0" w:type="auto"/>
        <w:jc w:val="center"/>
        <w:tblBorders>
          <w:top w:val="single" w:sz="6" w:space="0" w:color="B8C6D8"/>
          <w:left w:val="single" w:sz="6" w:space="0" w:color="B8C6D8"/>
          <w:bottom w:val="single" w:sz="6" w:space="0" w:color="B8C6D8"/>
          <w:right w:val="single" w:sz="6" w:space="0" w:color="B8C6D8"/>
          <w:insideH w:val="single" w:sz="6" w:space="0" w:color="B8C6D8"/>
          <w:insideV w:val="single" w:sz="6" w:space="0" w:color="B8C6D8"/>
        </w:tblBorders>
        <w:tblLayout w:type="fixed"/>
        <w:tblLook w:val="04A0" w:firstRow="1" w:lastRow="0" w:firstColumn="1" w:lastColumn="0" w:noHBand="0" w:noVBand="1"/>
      </w:tblPr>
      <w:tblGrid>
        <w:gridCol w:w="9792"/>
      </w:tblGrid>
      <w:tr w:rsidR="009F13BB" w:rsidRPr="009F13BB" w14:paraId="43ECF85F" w14:textId="77777777">
        <w:trPr>
          <w:jc w:val="center"/>
        </w:trPr>
        <w:tc>
          <w:tcPr>
            <w:tcW w:w="9792" w:type="dxa"/>
            <w:shd w:val="clear" w:color="auto" w:fill="F4F7FA"/>
            <w:tcMar>
              <w:top w:w="550" w:type="dxa"/>
              <w:left w:w="120" w:type="dxa"/>
              <w:bottom w:w="550" w:type="dxa"/>
              <w:right w:w="120" w:type="dxa"/>
            </w:tcMar>
          </w:tcPr>
          <w:p w14:paraId="0EB153EA" w14:textId="77777777" w:rsidR="004256D9" w:rsidRPr="009F13BB" w:rsidRDefault="004256D9" w:rsidP="00357704">
            <w:pPr>
              <w:keepLines/>
              <w:jc w:val="center"/>
              <w:rPr>
                <w:rFonts w:hint="eastAsia"/>
              </w:rPr>
            </w:pPr>
            <w:r w:rsidRPr="009F13BB">
              <w:rPr>
                <w:b/>
              </w:rPr>
              <w:lastRenderedPageBreak/>
              <w:t>[INSERT IMAGE 3 HERE]</w:t>
            </w:r>
          </w:p>
        </w:tc>
      </w:tr>
    </w:tbl>
    <w:p w14:paraId="75012F79" w14:textId="77777777" w:rsidR="004256D9" w:rsidRPr="009F13BB" w:rsidRDefault="004256D9" w:rsidP="004256D9">
      <w:pPr>
        <w:jc w:val="center"/>
        <w:rPr>
          <w:rFonts w:hint="eastAsia"/>
        </w:rPr>
      </w:pPr>
      <w:r w:rsidRPr="009F13BB">
        <w:rPr>
          <w:i/>
          <w:sz w:val="18"/>
        </w:rPr>
        <w:t>Figure 3. [Write a concise caption explaining the product, process, component, or test shown.]</w:t>
      </w:r>
    </w:p>
    <w:p w14:paraId="4987226D" w14:textId="77777777" w:rsidR="004256D9" w:rsidRPr="009F13BB" w:rsidRDefault="004256D9" w:rsidP="004256D9">
      <w:pPr>
        <w:pStyle w:val="Heading1"/>
        <w:rPr>
          <w:color w:val="auto"/>
        </w:rPr>
      </w:pPr>
      <w:r w:rsidRPr="009F13BB">
        <w:rPr>
          <w:color w:val="auto"/>
        </w:rPr>
        <w:t>7 Results and Evidence of Effectiveness</w:t>
      </w:r>
    </w:p>
    <w:p w14:paraId="604097F9" w14:textId="77777777" w:rsidR="004256D9" w:rsidRPr="009F13BB" w:rsidRDefault="004256D9" w:rsidP="004256D9">
      <w:pPr>
        <w:pStyle w:val="TemplateGuidance"/>
        <w:keepNext/>
        <w:rPr>
          <w:rFonts w:hint="eastAsia"/>
          <w:color w:val="auto"/>
        </w:rPr>
      </w:pPr>
      <w:r w:rsidRPr="009F13BB">
        <w:rPr>
          <w:color w:val="auto"/>
        </w:rPr>
        <w:t>Report measurable results from testing, piloting, validation, or user evaluation. Compare baseline and post-innovation results, current and proposed processes, or relevant benchmarks where possible.</w:t>
      </w:r>
    </w:p>
    <w:p w14:paraId="3A7CECCF" w14:textId="1D5973E5" w:rsidR="004256D9" w:rsidRPr="009F13BB" w:rsidRDefault="004256D9" w:rsidP="004256D9">
      <w:pPr>
        <w:pStyle w:val="Heading1"/>
        <w:rPr>
          <w:color w:val="auto"/>
        </w:rPr>
      </w:pPr>
      <w:r w:rsidRPr="009F13BB">
        <w:rPr>
          <w:color w:val="auto"/>
        </w:rPr>
        <w:t>8</w:t>
      </w:r>
      <w:r w:rsidRPr="009F13BB">
        <w:rPr>
          <w:color w:val="auto"/>
        </w:rPr>
        <w:t xml:space="preserve"> </w:t>
      </w:r>
      <w:proofErr w:type="spellStart"/>
      <w:r w:rsidRPr="009F13BB">
        <w:rPr>
          <w:color w:val="auto"/>
        </w:rPr>
        <w:t>Commercialisation</w:t>
      </w:r>
      <w:proofErr w:type="spellEnd"/>
      <w:r w:rsidRPr="009F13BB">
        <w:rPr>
          <w:color w:val="auto"/>
        </w:rPr>
        <w:t xml:space="preserve"> Potential</w:t>
      </w:r>
    </w:p>
    <w:p w14:paraId="65958D66" w14:textId="77777777" w:rsidR="004256D9" w:rsidRPr="009F13BB" w:rsidRDefault="004256D9" w:rsidP="004256D9">
      <w:pPr>
        <w:pStyle w:val="TemplateGuidance"/>
        <w:keepNext/>
        <w:rPr>
          <w:rFonts w:hint="eastAsia"/>
          <w:color w:val="auto"/>
        </w:rPr>
      </w:pPr>
      <w:r w:rsidRPr="009F13BB">
        <w:rPr>
          <w:color w:val="auto"/>
        </w:rPr>
        <w:t>Describe the target market, value proposition, customer segments, business model, market readiness, competitive advantage, pricing, partnerships, and proposed route to market. Avoid unsupported market claims.</w:t>
      </w:r>
    </w:p>
    <w:p w14:paraId="152F4EA7" w14:textId="69706167" w:rsidR="004256D9" w:rsidRPr="009F13BB" w:rsidRDefault="004256D9" w:rsidP="004256D9">
      <w:pPr>
        <w:pStyle w:val="Heading1"/>
        <w:rPr>
          <w:color w:val="auto"/>
        </w:rPr>
      </w:pPr>
      <w:r w:rsidRPr="009F13BB">
        <w:rPr>
          <w:color w:val="auto"/>
        </w:rPr>
        <w:t>9</w:t>
      </w:r>
      <w:r w:rsidRPr="009F13BB">
        <w:rPr>
          <w:color w:val="auto"/>
        </w:rPr>
        <w:t xml:space="preserve"> Novelty and Uniqueness</w:t>
      </w:r>
    </w:p>
    <w:p w14:paraId="52E91550" w14:textId="5D5A025E" w:rsidR="004256D9" w:rsidRPr="009F13BB" w:rsidRDefault="004256D9" w:rsidP="004256D9">
      <w:pPr>
        <w:pStyle w:val="TemplateGuidance"/>
        <w:keepNext/>
        <w:rPr>
          <w:color w:val="auto"/>
        </w:rPr>
      </w:pPr>
      <w:r w:rsidRPr="009F13BB">
        <w:rPr>
          <w:color w:val="auto"/>
        </w:rPr>
        <w:t>Identify the specific features that are new or meaningfully improved. Compare the innovation with the closest existing alternative using verifiable criteria.</w:t>
      </w:r>
    </w:p>
    <w:p w14:paraId="3136599A" w14:textId="7B8DD6FB" w:rsidR="004256D9" w:rsidRPr="009F13BB" w:rsidRDefault="004256D9" w:rsidP="004256D9">
      <w:pPr>
        <w:pStyle w:val="Heading1"/>
        <w:rPr>
          <w:color w:val="auto"/>
        </w:rPr>
      </w:pPr>
      <w:r w:rsidRPr="009F13BB">
        <w:rPr>
          <w:color w:val="auto"/>
        </w:rPr>
        <w:t>1</w:t>
      </w:r>
      <w:r w:rsidRPr="009F13BB">
        <w:rPr>
          <w:color w:val="auto"/>
        </w:rPr>
        <w:t>0</w:t>
      </w:r>
      <w:r w:rsidRPr="009F13BB">
        <w:rPr>
          <w:color w:val="auto"/>
        </w:rPr>
        <w:t xml:space="preserve"> Conclusion</w:t>
      </w:r>
    </w:p>
    <w:p w14:paraId="0D18239E" w14:textId="77777777" w:rsidR="004256D9" w:rsidRPr="009F13BB" w:rsidRDefault="004256D9" w:rsidP="004256D9">
      <w:pPr>
        <w:pStyle w:val="TemplateGuidance"/>
        <w:keepNext/>
        <w:rPr>
          <w:rFonts w:hint="eastAsia"/>
          <w:color w:val="auto"/>
        </w:rPr>
      </w:pPr>
      <w:proofErr w:type="spellStart"/>
      <w:r w:rsidRPr="009F13BB">
        <w:rPr>
          <w:color w:val="auto"/>
        </w:rPr>
        <w:t>Summarise</w:t>
      </w:r>
      <w:proofErr w:type="spellEnd"/>
      <w:r w:rsidRPr="009F13BB">
        <w:rPr>
          <w:color w:val="auto"/>
        </w:rPr>
        <w:t xml:space="preserve"> the problem, the innovation, the strongest evidence, the principal impact, and the next step in one concise paragraph. Do not introduce new results.</w:t>
      </w:r>
    </w:p>
    <w:p w14:paraId="721B207D" w14:textId="77777777" w:rsidR="004256D9" w:rsidRPr="009F13BB" w:rsidRDefault="004256D9" w:rsidP="004256D9">
      <w:pPr>
        <w:pStyle w:val="BodyText"/>
        <w:rPr>
          <w:rFonts w:hint="eastAsia"/>
        </w:rPr>
      </w:pPr>
      <w:r w:rsidRPr="009F13BB">
        <w:rPr>
          <w:i/>
        </w:rPr>
        <w:t>[Write your content here. Add concise supporting evidence and specific details</w:t>
      </w:r>
      <w:proofErr w:type="gramStart"/>
      <w:r w:rsidRPr="009F13BB">
        <w:rPr>
          <w:i/>
        </w:rPr>
        <w:t>. ]</w:t>
      </w:r>
      <w:proofErr w:type="gramEnd"/>
    </w:p>
    <w:p w14:paraId="15BA4F2D" w14:textId="77777777" w:rsidR="004256D9" w:rsidRPr="009F13BB" w:rsidRDefault="004256D9" w:rsidP="004256D9">
      <w:pPr>
        <w:pStyle w:val="Heading1"/>
        <w:rPr>
          <w:color w:val="auto"/>
        </w:rPr>
      </w:pPr>
      <w:r w:rsidRPr="009F13BB">
        <w:rPr>
          <w:color w:val="auto"/>
        </w:rPr>
        <w:t>Acknowledgements</w:t>
      </w:r>
    </w:p>
    <w:p w14:paraId="277C3D40" w14:textId="77777777" w:rsidR="004256D9" w:rsidRPr="009F13BB" w:rsidRDefault="004256D9" w:rsidP="004256D9">
      <w:pPr>
        <w:pStyle w:val="TemplateGuidance"/>
        <w:keepNext/>
        <w:rPr>
          <w:rFonts w:hint="eastAsia"/>
          <w:color w:val="auto"/>
        </w:rPr>
      </w:pPr>
      <w:r w:rsidRPr="009F13BB">
        <w:rPr>
          <w:color w:val="auto"/>
        </w:rPr>
        <w:t>Optional. Acknowledge funding bodies, institutions, industry partners, communities, technical teams, and contributors. Include grant or project reference numbers where relevant.</w:t>
      </w:r>
    </w:p>
    <w:p w14:paraId="64469A29" w14:textId="77777777" w:rsidR="004256D9" w:rsidRPr="009F13BB" w:rsidRDefault="004256D9" w:rsidP="004256D9">
      <w:pPr>
        <w:pStyle w:val="BodyText"/>
        <w:rPr>
          <w:rFonts w:hint="eastAsia"/>
        </w:rPr>
      </w:pPr>
      <w:r w:rsidRPr="009F13BB">
        <w:rPr>
          <w:i/>
        </w:rPr>
        <w:t>[Write your content here</w:t>
      </w:r>
      <w:proofErr w:type="gramStart"/>
      <w:r w:rsidRPr="009F13BB">
        <w:rPr>
          <w:i/>
        </w:rPr>
        <w:t>. ]</w:t>
      </w:r>
      <w:proofErr w:type="gramEnd"/>
    </w:p>
    <w:p w14:paraId="039515E7" w14:textId="77777777" w:rsidR="004256D9" w:rsidRPr="009F13BB" w:rsidRDefault="004256D9" w:rsidP="004256D9">
      <w:pPr>
        <w:pStyle w:val="Heading1"/>
        <w:rPr>
          <w:color w:val="auto"/>
        </w:rPr>
      </w:pPr>
      <w:r w:rsidRPr="009F13BB">
        <w:rPr>
          <w:color w:val="auto"/>
        </w:rPr>
        <w:t>References</w:t>
      </w:r>
    </w:p>
    <w:p w14:paraId="0975EDD4" w14:textId="77777777" w:rsidR="004256D9" w:rsidRPr="009F13BB" w:rsidRDefault="004256D9" w:rsidP="004256D9">
      <w:pPr>
        <w:pStyle w:val="TemplateGuidance"/>
        <w:keepNext/>
        <w:rPr>
          <w:rFonts w:hint="eastAsia"/>
          <w:color w:val="auto"/>
        </w:rPr>
      </w:pPr>
      <w:r w:rsidRPr="009F13BB">
        <w:rPr>
          <w:color w:val="auto"/>
        </w:rPr>
        <w:t>List only sources cited in the text. Apply one consistent style and verify every author, year, title, journal or publisher, volume, pages, DOI, and URL.</w:t>
      </w:r>
    </w:p>
    <w:p w14:paraId="0C318641" w14:textId="77777777" w:rsidR="004256D9" w:rsidRPr="009F13BB" w:rsidRDefault="004256D9" w:rsidP="004256D9">
      <w:pPr>
        <w:ind w:left="432" w:hanging="432"/>
        <w:rPr>
          <w:rFonts w:hint="eastAsia"/>
        </w:rPr>
      </w:pPr>
      <w:r w:rsidRPr="009F13BB">
        <w:rPr>
          <w:i/>
        </w:rPr>
        <w:t>[Author, A. A. (Year). Title of article. Journal Title, volume(issue), pages. https://doi.org/</w:t>
      </w:r>
      <w:proofErr w:type="gramStart"/>
      <w:r w:rsidRPr="009F13BB">
        <w:rPr>
          <w:i/>
        </w:rPr>
        <w:t>... ]</w:t>
      </w:r>
      <w:proofErr w:type="gramEnd"/>
    </w:p>
    <w:p w14:paraId="62F833D8" w14:textId="77777777" w:rsidR="004256D9" w:rsidRPr="009F13BB" w:rsidRDefault="004256D9" w:rsidP="004256D9">
      <w:pPr>
        <w:ind w:left="432" w:hanging="432"/>
        <w:rPr>
          <w:rFonts w:hint="eastAsia"/>
        </w:rPr>
      </w:pPr>
      <w:r w:rsidRPr="009F13BB">
        <w:rPr>
          <w:i/>
        </w:rPr>
        <w:t>[</w:t>
      </w:r>
      <w:proofErr w:type="spellStart"/>
      <w:r w:rsidRPr="009F13BB">
        <w:rPr>
          <w:i/>
        </w:rPr>
        <w:t>Organisation</w:t>
      </w:r>
      <w:proofErr w:type="spellEnd"/>
      <w:r w:rsidRPr="009F13BB">
        <w:rPr>
          <w:i/>
        </w:rPr>
        <w:t xml:space="preserve"> Name. (Year). Title of report or webpage. URL]</w:t>
      </w:r>
    </w:p>
    <w:p w14:paraId="66E9C334" w14:textId="77777777" w:rsidR="004256D9" w:rsidRPr="009F13BB" w:rsidRDefault="004256D9" w:rsidP="004256D9">
      <w:pPr>
        <w:ind w:left="432" w:hanging="432"/>
        <w:rPr>
          <w:rFonts w:hint="eastAsia"/>
        </w:rPr>
      </w:pPr>
      <w:r w:rsidRPr="009F13BB">
        <w:rPr>
          <w:i/>
        </w:rPr>
        <w:t>[Author, A. A. (Year). Title of book. Publisher.]</w:t>
      </w:r>
    </w:p>
    <w:p w14:paraId="6119AE08" w14:textId="77777777" w:rsidR="004256D9" w:rsidRPr="009F13BB" w:rsidRDefault="004256D9" w:rsidP="004256D9">
      <w:pPr>
        <w:pStyle w:val="TemplateGuidance"/>
        <w:keepNext/>
        <w:rPr>
          <w:rFonts w:hint="eastAsia"/>
          <w:color w:val="auto"/>
        </w:rPr>
      </w:pPr>
    </w:p>
    <w:p w14:paraId="18A9C031" w14:textId="77777777" w:rsidR="004256D9" w:rsidRPr="009F13BB" w:rsidRDefault="004256D9" w:rsidP="004256D9">
      <w:pPr>
        <w:pStyle w:val="BodyText"/>
        <w:rPr>
          <w:rFonts w:hint="eastAsia"/>
        </w:rPr>
      </w:pPr>
    </w:p>
    <w:sectPr w:rsidR="004256D9" w:rsidRPr="009F13BB" w:rsidSect="00034616">
      <w:headerReference w:type="default" r:id="rId8"/>
      <w:footerReference w:type="default" r:id="rId9"/>
      <w:pgSz w:w="11906" w:h="16838"/>
      <w:pgMar w:top="1361" w:right="1701" w:bottom="1020" w:left="1701" w:header="454" w:footer="397" w:gutter="0"/>
      <w:pgNumType w:start="2"/>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2363FC" w14:textId="77777777" w:rsidR="00531746" w:rsidRDefault="00531746">
      <w:pPr>
        <w:spacing w:after="0"/>
      </w:pPr>
      <w:r>
        <w:separator/>
      </w:r>
    </w:p>
  </w:endnote>
  <w:endnote w:type="continuationSeparator" w:id="0">
    <w:p w14:paraId="20ABBD99" w14:textId="77777777" w:rsidR="00531746" w:rsidRDefault="00531746">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ptos">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161B2C" w14:textId="77777777" w:rsidR="00C61152" w:rsidRDefault="00DF05C1">
    <w:pPr>
      <w:pStyle w:val="Footer"/>
      <w:jc w:val="center"/>
    </w:pPr>
    <w:r>
      <w:rPr>
        <w:color w:val="000000"/>
        <w:sz w:val="20"/>
      </w:rPr>
      <w:fldChar w:fldCharType="begin"/>
    </w:r>
    <w:r>
      <w:rPr>
        <w:color w:val="000000"/>
        <w:sz w:val="20"/>
      </w:rPr>
      <w:instrText xml:space="preserve"> PAGE </w:instrText>
    </w:r>
    <w:r>
      <w:rPr>
        <w:color w:val="000000"/>
        <w:sz w:val="20"/>
      </w:rPr>
      <w:fldChar w:fldCharType="separate"/>
    </w:r>
    <w:r w:rsidR="002A1551">
      <w:rPr>
        <w:noProof/>
        <w:color w:val="000000"/>
        <w:sz w:val="20"/>
      </w:rPr>
      <w:t>2</w:t>
    </w:r>
    <w:r>
      <w:rPr>
        <w:color w:val="000000"/>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03C9FF" w14:textId="77777777" w:rsidR="00531746" w:rsidRDefault="00531746">
      <w:pPr>
        <w:spacing w:after="0"/>
      </w:pPr>
      <w:r>
        <w:separator/>
      </w:r>
    </w:p>
  </w:footnote>
  <w:footnote w:type="continuationSeparator" w:id="0">
    <w:p w14:paraId="4EB5D3B6" w14:textId="77777777" w:rsidR="00531746" w:rsidRDefault="00531746">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E20D7E" w14:textId="1E3E6A23" w:rsidR="00C61152" w:rsidRPr="00B975F4" w:rsidRDefault="00C61152" w:rsidP="00B975F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10B3"/>
    <w:rsid w:val="0015074B"/>
    <w:rsid w:val="0029639D"/>
    <w:rsid w:val="002A1551"/>
    <w:rsid w:val="00326F90"/>
    <w:rsid w:val="004256D9"/>
    <w:rsid w:val="00531746"/>
    <w:rsid w:val="009F13BB"/>
    <w:rsid w:val="00AA1D8D"/>
    <w:rsid w:val="00B47730"/>
    <w:rsid w:val="00B975F4"/>
    <w:rsid w:val="00C61152"/>
    <w:rsid w:val="00CB0664"/>
    <w:rsid w:val="00DF05C1"/>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9ECFA8A"/>
  <w14:defaultImageDpi w14:val="300"/>
  <w15:docId w15:val="{FDCD43D7-5FA8-41A1-9191-950AFC90C4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line="240" w:lineRule="auto"/>
    </w:pPr>
    <w:rPr>
      <w:rFonts w:ascii="Times New Roman" w:hAnsi="Times New Roman"/>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nil"/>
      </w:pBdr>
      <w:spacing w:before="40" w:after="280"/>
      <w:contextualSpacing/>
    </w:pPr>
    <w:rPr>
      <w:rFonts w:asciiTheme="majorHAnsi" w:eastAsiaTheme="majorEastAsia" w:hAnsiTheme="majorHAnsi" w:cstheme="majorBidi"/>
      <w:b/>
      <w:color w:val="000000"/>
      <w:spacing w:val="5"/>
      <w:kern w:val="28"/>
      <w:sz w:val="3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ExtendedAbstractHeading">
    <w:name w:val="Extended Abstract Heading"/>
    <w:pPr>
      <w:spacing w:before="200" w:after="120"/>
    </w:pPr>
    <w:rPr>
      <w:rFonts w:ascii="Times New Roman" w:hAnsi="Times New Roman"/>
      <w:b/>
      <w:color w:val="000000"/>
      <w:sz w:val="24"/>
    </w:rPr>
  </w:style>
  <w:style w:type="paragraph" w:customStyle="1" w:styleId="TemplateGuidance">
    <w:name w:val="Template Guidance"/>
    <w:rsid w:val="004256D9"/>
    <w:pPr>
      <w:spacing w:after="120"/>
    </w:pPr>
    <w:rPr>
      <w:rFonts w:ascii="Aptos" w:hAnsi="Aptos"/>
      <w:i/>
      <w:color w:val="666666"/>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3</Pages>
  <Words>633</Words>
  <Characters>3610</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NPC2026 Extended Abstract Template</vt:lpstr>
    </vt:vector>
  </TitlesOfParts>
  <Manager/>
  <Company/>
  <LinksUpToDate>false</LinksUpToDate>
  <CharactersWithSpaces>4235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NPC2026 Extended Abstract Template</dc:title>
  <dc:subject>Editable extended abstract template based on the supplied NPC2026 format</dc:subject>
  <dc:creator>Universiti Malaysia Kelantan</dc:creator>
  <cp:keywords/>
  <dc:description>generated by python-docx</dc:description>
  <cp:lastModifiedBy>NURHAIZA BINTI NORDIN</cp:lastModifiedBy>
  <cp:revision>4</cp:revision>
  <dcterms:created xsi:type="dcterms:W3CDTF">2026-09-17T03:45:00Z</dcterms:created>
  <dcterms:modified xsi:type="dcterms:W3CDTF">2026-09-22T00:54:00Z</dcterms:modified>
  <cp:category/>
</cp:coreProperties>
</file>